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KELAYAKAN DAN PEMANTAUAN PEMBEKAL INDUSTRI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SOP-OPE-087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kelayakan dan pemantauan pembekal industri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kelayakan dan pemantauan pembekal industri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kelayakan dan pemantauan pembekal industri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SOP-OPE-087  |  Kelayakan dan Pemantauan Pembekal Industri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