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AUDIT DALAMAN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SOP-KUA-017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audit dalaman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audit dalaman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audit dalaman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SOP-KUA-017  |  Audit Dalaman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