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INVENTORI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SOP-OPE-012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inventori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inventori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inventori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SOP-OPE-012  |  Kawalan Inventori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