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PELANGGAN UTAMA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SOP-KHI-041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Khidmat Pelanggan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Pembekal Bahan 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pelanggan utama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pelanggan utama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pelanggan utama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SOP-KHI-041  |  Pengurusan Pelanggan Utama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