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KESELAMATAN MAKMAL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SOP-OPE-024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keselamatan makmal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keselamatan makmal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keselamatan makmal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SOP-OPE-024  |  Keselamatan Makmal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