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PENGHANTARAN, BUKTI SERAHAN DAN PENGECUALIAN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SOP-OPE-139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penghantaran, bukti serahan dan pengecualian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penghantaran, bukti serahan dan pengecualian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penghantaran, bukti serahan dan pengecualian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SOP-OPE-139  |  Penghantaran, Bukti Serahan dan Pengecualian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