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BAHAN BINAAN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SOP-KUA-020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bahan binaan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bahan binaan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bahan binaan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SOP-KUA-020  |  Pemeriksaan Bahan Binaan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