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KELULUSAN, PENJADUALAN DAN PENERBITAN KANDUNGAN MEDIA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SOP-KUA-163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Telekomunikasi dan Media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kelulusan, penjadualan dan penerbitan kandungan media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kelulusan, penjadualan dan penerbitan kandungan media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kelulusan, penjadualan dan penerbitan kandungan media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SOP-KUA-163  |  Kelulusan, Penjadualan dan Penerbitan Kandungan Media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