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MESYUARAT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SOP-PEN-009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Semua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mesyuarat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mesyuarat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mesyuarat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Pencetus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 atau kejadian yang memulakan proses secara rasmi.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general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dan mendaftarkan permintaan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menyemak skop, maklumat, risiko, sumber dan tarikh sasaran.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tindakan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menyediakan pelan ringkas dan mendapatkan kebenaran yang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menjalankan tindakan serta merekod bukti semasa.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menilai hasil. Kekurangan dibaiki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Lulus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menerima hasil dan penyelaras memaklumkan pihak berkaitan.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permintaan serta menyimpan rekod dan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semakan dan bukti pelaksanaan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SOP-PEN-009  |  Pengurusan Mesyuarat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