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PENYELARASAN REKA BENTUK DAN RUANG MEKANIKAL DAN ELEKTRIKAL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SOP-PEN-198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penyelarasan reka bentuk dan ruang mekanikal dan elektrikal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penyelarasan reka bentuk dan ruang mekanikal dan elektrikal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penyelarasan reka bentuk dan ruang mekanikal dan elektrikal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SOP-PEN-198  |  Penyelarasan Reka Bentuk dan Ruang Mekanikal dan Elektrikal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