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KEBENARAN PENGAKTIFAN TENAGA DAN PENGASINGAN TENAGA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SOP-KES-202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Keselamatan dan Alam Sekitar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Mekanikal, Elektrikal dan Perpaipan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kebenaran pengaktifan tenaga dan pengasingan tenaga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kebenaran pengaktifan tenaga dan pengasingan tenaga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kebenaran pengaktifan tenaga dan pengasingan tenaga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SOP-KES-202  |  Kebenaran Pengaktifan Tenaga dan Pengasingan Tenaga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