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PENTAULIAHAN BERSEPADU DAN DEMONSTRASI SISTEM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SOP-PEN-203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Mekanikal, Elektrikal dan Perpaipan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pentauliahan bersepadu dan demonstrasi sistem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pentauliahan bersepadu dan demonstrasi sistem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pentauliahan bersepadu dan demonstrasi sistem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SOP-PEN-203  |  Pentauliahan Bersepadu dan Demonstrasi Sistem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