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PEMASANGAN SISTEM MEKANIKAL, ELEKTRIKAL DAN PAIP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SOP-OPE-200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Mekanikal, Elektrikal dan Perpaipan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pemasangan sistem mekanikal, elektrikal dan paip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pemasangan sistem mekanikal, elektrikal dan paip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pemasangan sistem mekanikal, elektrikal dan paip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SOP-OPE-200  |  Pemasangan Sistem Mekanikal, Elektrikal dan Paip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