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UJIAN PRA-PENTAULIAHAN SISTEM MEKANIKAL DAN ELEKTRIKAL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SOP-KUA-201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Mekanikal, Elektrikal dan Perpaipan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ujian pra-pentauliahan sistem mekanikal dan elektrikal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ujian pra-pentauliahan sistem mekanikal dan elektrikal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ujian pra-pentauliahan sistem mekanikal dan elektrikal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SOP-KUA-201  |  Ujian Pra-pentauliahan Sistem Mekanikal dan Elektrikal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