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WANG RUNCIT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SOP-KEW-006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wang runcit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wang runcit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wang runcit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SOP-KEW-006  |  Pengurusan Wang Runcit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