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BAHAN API, PENGGUNAAN DAN PEMULANGAN JENTERA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SOP-KEW-227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Jentera dan Peralatan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bahan api, penggunaan dan pemulangan jentera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bahan api, penggunaan dan pemulangan jentera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bahan api, penggunaan dan pemulangan jentera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SOP-KEW-227  |  Kawalan Bahan Api, Penggunaan dan Pemulangan Jentera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