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PEMILIHAN, PEMERIKSAAN DAN PENYEWAAN JENTERA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SOP-KON-222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 dan Komersial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Jentera dan Peralatan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pemilihan, pemeriksaan dan penyewaan jentera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pemilihan, pemeriksaan dan penyewaan jentera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pemilihan, pemeriksaan dan penyewaan jentera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SOP-KON-222  |  Pemilihan, Pemeriksaan dan Penyewaan Jentera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