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PERANCANGAN DAN KAWALAN OPERASI MENGANGKAT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SOP-KES-225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Keselamatan dan Alam Sekitar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Jentera dan Peralatan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perancangan dan kawalan operasi mengangkat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perancangan dan kawalan operasi mengangkat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perancangan dan kawalan operasi mengangkat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SOP-KES-225  |  Perancangan dan Kawalan Operasi Mengangkat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