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PENYELENGGARAAN DAN PENGURUSAN KEROSAKAN JENTERA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SOP-OPE-226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Jentera dan Peralatan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penyelenggaraan dan pengurusan kerosakan jentera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penyelenggaraan dan pengurusan kerosakan jentera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penyelenggaraan dan pengurusan kerosakan jentera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SOP-OPE-226  |  Penyelenggaraan dan Pengurusan Kerosakan Jentera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