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PEMERIKSAAN PRA-MULA HARIAN JENTERA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SOP-KUA-224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Jentera dan Peralatan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pemeriksaan pra-mula harian jentera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pemeriksaan pra-mula harian jentera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pemeriksaan pra-mula harian jentera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SOP-KUA-224  |  Pemeriksaan Pra-mula Harian Jentera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