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PENYELENGGARAAN TANAMAN DAN PEMBAJAAN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SOP-OPE-127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penyelenggaraan tanaman dan pembajaan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penyelenggaraan tanaman dan pembajaan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penyelenggaraan tanaman dan pembajaan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SOP-OPE-127  |  Penyelenggaraan Tanaman dan Pembajaan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