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PENUAIAN, PENGGREDAN DAN PENGUMPULAN HASIL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SOP-OPE-129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penuaian, penggredan dan pengumpulan hasil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penuaian, penggredan dan pengumpulan hasil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penuaian, penggredan dan pengumpulan hasil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SOP-OPE-129  |  Penuaian, Penggredan dan Pengumpulan Hasil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