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PEMANTAUAN HASIL DAN PRODUKTIVITI LADANG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SOP-KUA-130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pemantauan hasil dan produktiviti ladang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pemantauan hasil dan produktiviti ladang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pemantauan hasil dan produktiviti ladang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SOP-KUA-130  |  Pemantauan Hasil dan Produktiviti Ladang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