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PERAKUAN SIAP PRAKTIKAL DAN PENYERAHAN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SOP-PEN-072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perakuan siap praktikal dan penyerahan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perakuan siap praktikal dan penyerahan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perakuan siap praktikal dan penyerahan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SOP-PEN-072  |  Perakuan Siap Praktikal dan Penyerahan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