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PENYELENGGARAAN PENCEGAHAN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SOP-OPE-013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penyelenggaraan pencegahan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penyelenggaraan pencegahan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penyelenggaraan pencegahan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SOP-OPE-013  |  Penyelenggaraan Pencegahan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