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PEMULANGAN DAN PENGGANTIAN BARANGAN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SOP-KHI-037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pemulangan dan penggantian barangan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pemulangan dan penggantian barangan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pemulangan dan penggantian barangan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SOP-KHI-037  |  Pemulangan dan Penggantian Barangan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