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PENGUKURAN KEMAJUAN DAN LAPORAN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SOP-PEN-067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pengukuran kemajuan dan laporan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pengukuran kemajuan dan laporan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pengukuran kemajuan dan laporan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SOP-PEN-067  |  Pengukuran Kemajuan dan Laporan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