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PENUTUPAN PROJEK DAN PENGAJARAN PROJEK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SOP-PEN-076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penutupan projek dan pengajaran projek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penutupan projek dan pengajaran projek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penutupan projek dan pengajaran projek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SOP-PEN-076  |  Penutupan Projek dan Pengajaran Projek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