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00"/>
        <w:jc w:val="center"/>
      </w:pPr>
      <w:r>
        <w:rPr>
          <w:rFonts w:ascii="Arial" w:hAnsi="Arial"/>
          <w:b/>
          <w:color w:val="12304A"/>
          <w:sz w:val="42"/>
        </w:rPr>
        <w:t>PROSEDUR OPERASI STANDARD</w:t>
        <w:br/>
        <w:t>KAWALAN DOKUMEN DAN PENYERAHAN TEKNIKAL PROJEK</w:t>
      </w:r>
    </w:p>
    <w:p>
      <w:pPr>
        <w:jc w:val="center"/>
      </w:pPr>
      <w:r>
        <w:rPr>
          <w:rFonts w:ascii="Arial" w:hAnsi="Arial"/>
          <w:color w:val="1E5A85"/>
          <w:sz w:val="23"/>
        </w:rPr>
        <w:t>Templat mudah untuk perusahaan kecil dan sederhana</w:t>
      </w:r>
    </w:p>
    <w:p/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Medan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7"/>
              </w:rPr>
              <w:t>Maklumat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Kod dokumen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SOP-PEN-062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Pindaan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00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Jabatan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Pentadbiran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Kategori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Kontraktor Utama dan Pengurusan Projek Pembinaan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[Nama jawatan]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Tarikh berkuat kuasa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7"/>
              </w:rPr>
              <w:t>[HH/BB/TTTT]</w:t>
            </w:r>
          </w:p>
        </w:tc>
      </w:tr>
    </w:tbl>
    <w:p>
      <w:pPr>
        <w:spacing w:after="20"/>
      </w:pPr>
    </w:p>
    <w:p>
      <w:pPr>
        <w:jc w:val="center"/>
      </w:pPr>
      <w:r>
        <w:rPr>
          <w:b/>
          <w:color w:val="9C2F2F"/>
        </w:rPr>
        <w:t>Sesuaikan nama jawatan, tempoh tindakan dan tempoh simpanan sebelum digunakan.</w:t>
      </w:r>
    </w:p>
    <w:p>
      <w:r>
        <w:br w:type="page"/>
      </w:r>
    </w:p>
    <w:p>
      <w:pPr>
        <w:pStyle w:val="Heading1"/>
        <w:keepNext/>
      </w:pPr>
      <w:r>
        <w:t>1. Tujuan</w:t>
      </w:r>
    </w:p>
    <w:p>
      <w:r>
        <w:t>Menetapkan kaedah mudah dan terkawal bagi kawalan dokumen dan penyerahan teknikal projek supaya tanggungjawab jelas, hasil disemak sebelum diluluskan dan rekod boleh dirujuk semula.</w:t>
      </w:r>
    </w:p>
    <w:p>
      <w:pPr>
        <w:pStyle w:val="Heading1"/>
        <w:keepNext/>
      </w:pPr>
      <w:r>
        <w:t>2. Skop dan Ringkasan Proses</w:t>
      </w:r>
    </w:p>
    <w:p>
      <w:r>
        <w:t>Terpakai kepada pekerja dan pihak berkaitan yang terlibat dalam kawalan dokumen dan penyerahan teknikal projek di [nama syarikat/lokasi]. Proses bermula apabila permintaan atau pencetus diterima dan berakhir apabila hasil diterima, pihak berkaitan dimaklumkan serta rekod ditutup.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338"/>
        <w:gridCol w:w="6846"/>
      </w:tblGrid>
      <w:tr>
        <w:trPr>
          <w:tblHeader w:val="true"/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Perkara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Butiran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Masukan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Permintaan, rujukan terkini, kriteria, tarikh dan maklumat sokongan.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Aktiviti utama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Daftar, semak, laksana, periksa, baiki jika perlu, lulus dan tutup.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Hasil kawalan dokumen dan penyerahan teknikal projek yang diterima serta rekod penutupan.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Pelanggan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Pemohon, pengguna, pelanggan atau penerima hasil.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jawatan yang bertanggungjawab]</w:t>
            </w:r>
          </w:p>
        </w:tc>
      </w:tr>
      <w:tr>
        <w:trPr>
          <w:cantSplit/>
        </w:trPr>
        <w:tc>
          <w:tcPr>
            <w:tcW w:type="dxa" w:w="233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Petunjuk prestasi</w:t>
            </w:r>
          </w:p>
        </w:tc>
        <w:tc>
          <w:tcPr>
            <w:tcW w:type="dxa" w:w="684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Masa siap, hasil diterima kali pertama dan bilangan isu lewat.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3. Istilah Utama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505"/>
        <w:gridCol w:w="6679"/>
      </w:tblGrid>
      <w:tr>
        <w:trPr>
          <w:tblHeader w:val="true"/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Istilah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Maksud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terkawal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Dokumen rasmi yang mempunyai kod, pindaan, tarikh dan kelulusan.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Jawatan yang bertanggungjawab terhadap keputusan, prestasi dan pindaan proses.</w:t>
            </w:r>
          </w:p>
        </w:tc>
      </w:tr>
      <w:tr>
        <w:trPr>
          <w:cantSplit/>
        </w:trPr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</w:t>
            </w:r>
          </w:p>
        </w:tc>
        <w:tc>
          <w:tcPr>
            <w:tcW w:type="dxa" w:w="6679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yang diwujudkan ketika aktiviti dijalankan atau keputusan dibuat.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4. Tanggungjawab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783"/>
        <w:gridCol w:w="6401"/>
      </w:tblGrid>
      <w:tr>
        <w:trPr>
          <w:tblHeader w:val="true"/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Tanggungjawab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/ Pengurus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Meluluskan kaedah kerja, menyediakan sumber dan menyelesaikan isu yang dieskalasi.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Mendaftarkan permintaan, menyelaras tindakan, memantau tarikh dan menyimpan rekod.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Pelaksana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Menjalankan langkah kerja, mematuhi kawalan dan merekod bukti semasa.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Menyemak hasil terhadap kriteria serta meminta pembetulan jika perlu.</w:t>
            </w:r>
          </w:p>
        </w:tc>
      </w:tr>
      <w:tr>
        <w:trPr>
          <w:cantSplit/>
        </w:trPr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/ Penerima</w:t>
            </w:r>
          </w:p>
        </w:tc>
        <w:tc>
          <w:tcPr>
            <w:tcW w:type="dxa" w:w="640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Menerima atau menolak hasil dalam had kuasa yang diberikan.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5. Carta Alir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5328000" cy="6974477"/>
            <wp:docPr id="1" name="Picture 1" title="Carta Alir Proses" descr="Jawapan Tidak kembali kepada semakan selepas pembetulan.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ow-document-bm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328000" cy="6974477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Heading1"/>
        <w:keepNext/>
      </w:pPr>
      <w:r>
        <w:t>6. Langkah Kerja</w:t>
      </w:r>
    </w:p>
    <w:tbl>
      <w:tblPr>
        <w:tblW w:type="dxa" w:w="9185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557"/>
        <w:gridCol w:w="1781"/>
        <w:gridCol w:w="4843"/>
        <w:gridCol w:w="2004"/>
      </w:tblGrid>
      <w:tr>
        <w:trPr>
          <w:tblHeader w:val="true"/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Bil.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Peringkat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Tindakan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1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Terima permintaan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menyatakan tujuan, pengguna, kandungan dan tarikh dokumen diperlukan.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permintaan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2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Sediakan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Penyedia menggunakan templat terkawal serta rujukan terkini untuk menyediakan draf.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Senarai semak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3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Penyemak memeriksa ketepatan, bahasa, tanggungjawab, urutan kerja dan rekod.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Rekod kerja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4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Semak hasil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Pelulus menilai kesesuaian. Draf yang ditolak dibaiki dan dihantar semula untuk semakan.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Ulasan semakan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5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Keputusan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memberi nombor pindaan, tarikh berkuat kuasa dan menyimpan fail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keputusan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6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Terbitkan dokumen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Pentadbir mengedar versi terkini, menarik balik versi lama dan mengemas kini daftar induk.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Bukti serahan</w:t>
            </w:r>
          </w:p>
        </w:tc>
      </w:tr>
      <w:tr>
        <w:trPr>
          <w:cantSplit/>
        </w:trPr>
        <w:tc>
          <w:tcPr>
            <w:tcW w:type="dxa" w:w="557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7</w:t>
            </w:r>
          </w:p>
        </w:tc>
        <w:tc>
          <w:tcPr>
            <w:tcW w:type="dxa" w:w="178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Daftar dan edar</w:t>
            </w:r>
          </w:p>
        </w:tc>
        <w:tc>
          <w:tcPr>
            <w:tcW w:type="dxa" w:w="484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 memantau penggunaan dan memulakan pindaan apabila berlaku perubahan.</w:t>
            </w:r>
          </w:p>
        </w:tc>
        <w:tc>
          <w:tcPr>
            <w:tcW w:type="dxa" w:w="2004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Fail penutupan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7. Senarai Semak Sebelum Penutupan</w:t>
      </w:r>
    </w:p>
    <w:p>
      <w:pPr>
        <w:pStyle w:val="ListBullet"/>
        <w:spacing w:after="60"/>
      </w:pPr>
      <w:r>
        <w:t>Permintaan, skop dan tarikh sasaran telah direkodkan.</w:t>
      </w:r>
    </w:p>
    <w:p>
      <w:pPr>
        <w:pStyle w:val="ListBullet"/>
        <w:spacing w:after="60"/>
      </w:pPr>
      <w:r>
        <w:t>Rujukan serta versi dokumen yang digunakan adalah terkini.</w:t>
      </w:r>
    </w:p>
    <w:p>
      <w:pPr>
        <w:pStyle w:val="ListBullet"/>
        <w:spacing w:after="60"/>
      </w:pPr>
      <w:r>
        <w:t>Pemilik tindakan dan pelulus dikenal pasti.</w:t>
      </w:r>
    </w:p>
    <w:p>
      <w:pPr>
        <w:pStyle w:val="ListBullet"/>
        <w:spacing w:after="60"/>
      </w:pPr>
      <w:r>
        <w:t>Risiko utama dan kawalan sebelum kerja telah disemak.</w:t>
      </w:r>
    </w:p>
    <w:p>
      <w:pPr>
        <w:pStyle w:val="ListBullet"/>
        <w:spacing w:after="60"/>
      </w:pPr>
      <w:r>
        <w:t>Hasil memenuhi kriteria penerimaan dan mempunyai bukti.</w:t>
      </w:r>
    </w:p>
    <w:p>
      <w:pPr>
        <w:pStyle w:val="ListBullet"/>
        <w:spacing w:after="60"/>
      </w:pPr>
      <w:r>
        <w:t>Pembetulan telah disemak semula sebelum kelulusan.</w:t>
      </w:r>
    </w:p>
    <w:p>
      <w:pPr>
        <w:pStyle w:val="ListBullet"/>
        <w:spacing w:after="60"/>
      </w:pPr>
      <w:r>
        <w:t>Penerima telah dimaklumkan dan rekod penutupan disimpan.</w:t>
      </w:r>
    </w:p>
    <w:p>
      <w:pPr>
        <w:pStyle w:val="Heading1"/>
        <w:keepNext/>
      </w:pPr>
      <w:r>
        <w:t>8. Rekod</w:t>
      </w: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3896"/>
        <w:gridCol w:w="2505"/>
        <w:gridCol w:w="2783"/>
      </w:tblGrid>
      <w:tr>
        <w:trPr>
          <w:tblHeader w:val="true"/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Rekod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Penjaga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Tempoh simpanan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Draf, ulasan dan bukti kelulusan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Kelulusan dan penerimaan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Isu, pembetulan dan tindakan susulan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Penyelaras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 selepas ditutup</w:t>
            </w:r>
          </w:p>
        </w:tc>
      </w:tr>
      <w:tr>
        <w:trPr>
          <w:cantSplit/>
        </w:trPr>
        <w:tc>
          <w:tcPr>
            <w:tcW w:type="dxa" w:w="389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Laporan prestasi proses</w:t>
            </w:r>
          </w:p>
        </w:tc>
        <w:tc>
          <w:tcPr>
            <w:tcW w:type="dxa" w:w="2505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Pemilik proses</w:t>
            </w:r>
          </w:p>
        </w:tc>
        <w:tc>
          <w:tcPr>
            <w:tcW w:type="dxa" w:w="2783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Sekurang-kurangnya 3 tahun</w:t>
            </w:r>
          </w:p>
        </w:tc>
      </w:tr>
    </w:tbl>
    <w:p>
      <w:pPr>
        <w:spacing w:after="20"/>
      </w:pPr>
    </w:p>
    <w:p>
      <w:pPr>
        <w:pStyle w:val="Heading1"/>
        <w:keepNext/>
      </w:pPr>
      <w:r>
        <w:t>9. Pemantauan dan Semakan SOP</w:t>
      </w:r>
    </w:p>
    <w:p>
      <w:r>
        <w:t>Pemilik proses menyemak masa siap, penerimaan kali pertama dan isu lewat setiap bulan. SOP ini disemak sekali setahun atau lebih awal apabila berlaku perubahan operasi, undang-undang, sistem, pelanggan atau struktur syarikat.</w:t>
      </w:r>
    </w:p>
    <w:p>
      <w:pPr>
        <w:pStyle w:val="Heading1"/>
        <w:keepNext/>
      </w:pPr>
      <w:r>
        <w:t>10. Kelulusan dan Pindaan</w:t>
      </w:r>
    </w:p>
    <w:tbl>
      <w:tblPr>
        <w:tblW w:type="dxa" w:w="9183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2226"/>
        <w:gridCol w:w="3061"/>
        <w:gridCol w:w="1948"/>
        <w:gridCol w:w="1948"/>
      </w:tblGrid>
      <w:tr>
        <w:trPr>
          <w:tblHeader w:val="true"/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Peranan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Nama dan jawatan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Tandatangan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Disediakan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Disemak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F5F7F9"/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  <w:tr>
        <w:trPr>
          <w:cantSplit/>
        </w:trPr>
        <w:tc>
          <w:tcPr>
            <w:tcW w:type="dxa" w:w="2226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Diluluskan oleh</w:t>
            </w:r>
          </w:p>
        </w:tc>
        <w:tc>
          <w:tcPr>
            <w:tcW w:type="dxa" w:w="30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 dan jawatan]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[Tarikh]</w:t>
            </w:r>
          </w:p>
        </w:tc>
        <w:tc>
          <w:tcPr>
            <w:tcW w:type="dxa" w:w="1948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[Tandatangan]</w:t>
            </w:r>
          </w:p>
        </w:tc>
      </w:tr>
    </w:tbl>
    <w:p>
      <w:pPr>
        <w:spacing w:after="20"/>
      </w:pPr>
    </w:p>
    <w:tbl>
      <w:tblPr>
        <w:tblW w:type="dxa" w:w="9184"/>
        <w:jc w:val="left"/>
        <w:tblLayout w:type="fixed"/>
        <w:tblLook w:firstColumn="1" w:firstRow="1" w:lastColumn="0" w:lastRow="0" w:noHBand="0" w:noVBand="1" w:val="04A0"/>
        <w:tblInd w:w="0" w:type="dxa"/>
      </w:tblPr>
      <w:tblGrid>
        <w:gridCol w:w="810"/>
        <w:gridCol w:w="1891"/>
        <w:gridCol w:w="4322"/>
        <w:gridCol w:w="2161"/>
      </w:tblGrid>
      <w:tr>
        <w:trPr>
          <w:tblHeader w:val="true"/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Pind.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Tarikh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Ringkasan pindaan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  <w:shd w:fill="12304A"/>
          </w:tcPr>
          <w:p>
            <w:pPr>
              <w:spacing w:before="0" w:after="0" w:line="252" w:lineRule="auto"/>
              <w:jc w:val="center"/>
            </w:pPr>
            <w:r/>
            <w:r>
              <w:rPr>
                <w:rFonts w:ascii="Arial" w:hAnsi="Arial"/>
                <w:b/>
                <w:color w:val="FFFFFF"/>
                <w:sz w:val="16"/>
              </w:rPr>
              <w:t>Diluluskan</w:t>
            </w:r>
          </w:p>
        </w:tc>
      </w:tr>
      <w:tr>
        <w:trPr>
          <w:cantSplit/>
        </w:trPr>
        <w:tc>
          <w:tcPr>
            <w:tcW w:type="dxa" w:w="810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00</w:t>
            </w:r>
          </w:p>
        </w:tc>
        <w:tc>
          <w:tcPr>
            <w:tcW w:type="dxa" w:w="189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[HH/BB/TTTT]</w:t>
            </w:r>
          </w:p>
        </w:tc>
        <w:tc>
          <w:tcPr>
            <w:tcW w:type="dxa" w:w="4322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Keluaran pertama</w:t>
            </w:r>
          </w:p>
        </w:tc>
        <w:tc>
          <w:tcPr>
            <w:tcW w:type="dxa" w:w="2161"/>
            <w:vAlign w:val="center"/>
            <w:tcMar>
              <w:top w:w="100" w:type="dxa"/>
              <w:start w:w="110" w:type="dxa"/>
              <w:bottom w:w="100" w:type="dxa"/>
              <w:end w:w="110" w:type="dxa"/>
            </w:tcMar>
          </w:tcPr>
          <w:p>
            <w:pPr>
              <w:spacing w:before="0" w:after="0" w:line="252" w:lineRule="auto"/>
              <w:jc w:val="left"/>
            </w:pPr>
            <w:r/>
            <w:r>
              <w:rPr>
                <w:rFonts w:ascii="Arial" w:hAnsi="Arial"/>
                <w:b w:val="0"/>
                <w:sz w:val="16"/>
              </w:rPr>
              <w:t>[Nama]</w:t>
            </w:r>
          </w:p>
        </w:tc>
      </w:tr>
    </w:tbl>
    <w:p>
      <w:pPr>
        <w:spacing w:after="20"/>
      </w:pPr>
    </w:p>
    <w:sectPr w:rsidR="00FC693F" w:rsidRPr="0006063C" w:rsidSect="00034616">
      <w:headerReference w:type="default" r:id="rId9"/>
      <w:footerReference w:type="default" r:id="rId10"/>
      <w:pgSz w:w="11906" w:h="16838"/>
      <w:pgMar w:top="1134" w:right="1134" w:bottom="1134" w:left="1134" w:header="510" w:footer="51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color w:val="5B6573"/>
        <w:sz w:val="15"/>
      </w:rPr>
      <w:t>Standard Operating Procedure Hub Malaysia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color w:val="5B6573"/>
        <w:sz w:val="16"/>
      </w:rPr>
      <w:t>SOP-PEN-062  |  Kawalan Dokumen dan Penyerahan Teknikal Projek  |  Pind. 00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69" w:lineRule="auto"/>
    </w:pPr>
    <w:rPr>
      <w:rFonts w:ascii="Arial" w:hAnsi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100"/>
      <w:outlineLvl w:val="0"/>
    </w:pPr>
    <w:rPr>
      <w:rFonts w:asciiTheme="majorHAnsi" w:eastAsiaTheme="majorEastAsia" w:hAnsiTheme="majorHAnsi" w:cstheme="majorBidi" w:ascii="Arial" w:hAnsi="Arial"/>
      <w:b/>
      <w:bCs/>
      <w:color w:val="12304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ind w:left="340" w:hanging="198"/>
      <w:contextualSpacing/>
    </w:pPr>
    <w:rPr>
      <w:rFonts w:ascii="Arial" w:hAnsi="Arial"/>
      <w:sz w:val="20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