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MESYUARAT PERMULAAN DAN PELAN KOMUNIKASI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SOP-PEN-058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mesyuarat permulaan dan pelan komunikasi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mesyuarat permulaan dan pelan komunikasi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mesyuarat permulaan dan pelan komunikasi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SOP-PEN-058  |  Mesyuarat Permulaan dan Pelan Komunikasi Projek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