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DAN PEMEROLEHAN TANAH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SOP-KON-102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dan pemerolehan tanah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dan pemerolehan tanah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dan pemerolehan tanah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SOP-KON-102  |  Penilaian dan Pemerolehan Tanah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