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TUNTUTAN KEMAJUAN DAN BIL PEMBELI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SOP-KEW-107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tuntutan kemajuan dan bil pembeli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tuntutan kemajuan dan bil pembeli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tuntutan kemajuan dan bil pembeli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SOP-KEW-107  |  Tuntutan Kemajuan dan Bil Pembeli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