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PENGUKURAN KUANTITI DAN ANGGARAN KOS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SOP-KON-047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pengukuran kuantiti dan anggaran kos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pengukuran kuantiti dan anggaran kos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pengukuran kuantiti dan anggaran kos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SOP-KON-047  |  Pengukuran Kuantiti dan Anggaran Kos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