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SUSULAN SEBUT HARGA DAN RUNDINGAN JUALAN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SOP-JUA-029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susulan sebut harga dan rundingan jualan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susulan sebut harga dan rundingan jualan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susulan sebut harga dan rundingan jualan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SOP-JUA-029  |  Susulan Sebut Harga dan Rundingan Jualan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