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PENGAMBILAN DAN PEMILIHAN PEKERJA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SOP-SUM-003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Sumber Manusia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pengambilan dan pemilihan pekerja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pengambilan dan pemilihan pekerja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pengambilan dan pemilihan pekerja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SOP-SUM-003  |  Pengambilan dan Pemilihan Pekerja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