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PENILAIAN DAN PEMEROLEHAN ASET AMANAH PELABURAN HARTANAH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SOP-KON-110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Amanah Pelaburan 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penilaian dan pemerolehan aset amanah pelaburan hartanah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penilaian dan pemerolehan aset amanah pelaburan hartanah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penilaian dan pemerolehan aset amanah pelaburan hartanah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SOP-KON-110  |  Penilaian dan Pemerolehan Aset Amanah Pelaburan Hartanah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