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PENGIRAAN DAN KELULUSAN AGIHAN PEMEGANG UNIT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SOP-KEW-116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Amanah Pelaburan 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pengiraan dan kelulusan agihan pemegang unit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pengiraan dan kelulusan agihan pemegang unit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pengiraan dan kelulusan agihan pemegang unit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SOP-KEW-116  |  Pengiraan dan Kelulusan Agihan Pemegang Unit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