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OPERASI, PEMERIKSAAN DAN PENYELENGGARAAN ASET AMANAH PELABURAN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SOP-OPE-113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operasi, pemeriksaan dan penyelenggaraan aset amanah pelaburan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operasi, pemeriksaan dan penyelenggaraan aset amanah pelaburan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operasi, pemeriksaan dan penyelenggaraan aset amanah pelaburan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SOP-OPE-113  |  Operasi, Pemeriksaan dan Penyelenggaraan Aset Amanah Pelaburan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