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PELAPORAN, PENDEDAHAN DAN PEMATUHAN AMANAH PELABURAN HARTANAH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SOP-PEN-117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Amanah Pelaburan 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pelaporan, pendedahan dan pematuhan amanah pelaburan hartanah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pelaporan, pendedahan dan pematuhan amanah pelaburan hartanah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pelaporan, pendedahan dan pematuhan amanah pelaburan hartanah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SOP-PEN-117  |  Pelaporan, Pendedahan dan Pematuhan Amanah Pelaburan Hartanah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