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PENGEBILAN SEWA, KUTIPAN DAN TUNGGAKAN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SOP-KEW-112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Amanah Pelaburan Hartanah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pengebilan sewa, kutipan dan tunggakan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pengebilan sewa, kutipan dan tunggakan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pengebilan sewa, kutipan dan tunggakan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SOP-KEW-112  |  Pengebilan Sewa, Kutipan dan Tunggakan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