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PERMINTAAN MAKLUMAT (RFI)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SOP-PEN-063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permintaan maklumat (rfi)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permintaan maklumat (rfi)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permintaan maklumat (rfi)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SOP-PEN-063  |  Pengurusan Permintaan Maklumat (RFI)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