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PEMPROSESAN PESANAN JUALAN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SOP-JUA-030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Jualan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pemprosesan pesanan jualan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pemprosesan pesanan jualan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pemprosesan pesanan jualan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SOP-JUA-030  |  Pemprosesan Pesanan Jualan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