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PEMILIKAN TAPAK DAN MOBILISASI PROJEK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SOP-PEN-057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pemilikan tapak dan mobilisasi projek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pemilikan tapak dan mobilisasi projek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pemilikan tapak dan mobilisasi projek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SOP-PEN-057  |  Pemilikan Tapak dan Mobilisasi Projek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