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PERANCANGAN KERJA TAPAK DAN PENYELARASAN HARIAN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SOP-OPE-064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perancangan kerja tapak dan penyelarasan harian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perancangan kerja tapak dan penyelarasan harian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perancangan kerja tapak dan penyelarasan harian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SOP-OPE-064  |  Perancangan Kerja Tapak dan Penyelarasan Harian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