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PELEPASAN KAWASAN DAN PEMASANGAN KERJA PAKAR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SOP-OPE-207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Subkontraktor Pakar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pelepasan kawasan dan pemasangan kerja pakar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pelepasan kawasan dan pemasangan kerja pakar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pelepasan kawasan dan pemasangan kerja pakar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SOP-OPE-207  |  Pelepasan Kawasan dan Pemasangan Kerja Pakar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