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SEMAKAN STOK DAN PERUNTUKAN BARANGAN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SOP-OPE-033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semakan stok dan peruntukan barangan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semakan stok dan peruntukan barangan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semakan stok dan peruntukan barangan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SOP-OPE-033  |  Semakan Stok dan Peruntukan Barangan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