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PERUBAHAN INFRASTRUKTUR DAN APLIKASI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SOP-TEK-121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perubahan infrastruktur dan aplikasi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perubahan infrastruktur dan aplikasi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perubahan infrastruktur dan aplikasi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SOP-TEK-121  |  Pengurusan Perubahan Infrastruktur dan Aplikasi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