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PELAN HALA TUJU PRODUK TEKNOLOGI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SOP-PEN-118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pelan hala tuju produk teknologi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pelan hala tuju produk teknologi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pelan hala tuju produk teknologi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SOP-PEN-118  |  Perancangan Pelan Hala Tuju Produk Teknologi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