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PEMBANGUNAN, SEMAKAN DAN UJIAN PERISIAN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SOP-TEK-119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pembangunan, semakan dan ujian perisian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pembangunan, semakan dan ujian perisian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pembangunan, semakan dan ujian perisian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SOP-TEK-119  |  Pembangunan, Semakan dan Ujian Perisian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