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PEMBEKAL TEKNOLOGI DAN PERKHIDMATAN AWAN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SOP-KUA-124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pembekal teknologi dan perkhidmatan awan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pembekal teknologi dan perkhidmatan awan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pembekal teknologi dan perkhidmatan awan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SOP-KUA-124  |  Penilaian Pembekal Teknologi dan Perkhidmatan Awan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